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WordPress Developer</w:t>
      </w:r>
    </w:p>
    <w:p>
      <w:r>
        <w:t>WordPress websites · Custom implementation · Platform maintenance</w:t>
      </w:r>
    </w:p>
    <w:p>
      <w:r>
        <w:t>omermuneer@gmail.com | +92 321 7300266 | omermuneer.com</w:t>
      </w:r>
    </w:p>
    <w:p>
      <w:pPr>
        <w:pStyle w:val="Heading1"/>
      </w:pPr>
      <w:r>
        <w:t>Professional profile</w:t>
      </w:r>
    </w:p>
    <w:p>
      <w:r>
        <w:t>WordPress and custom web developer with more than nine years of solution delivery at Nabidios. Combined implementation with client requirements, business development, and team management. Later Shopify, Webflow, and platform architecture experience adds perspective on integrations, ecommerce operations, and choosing the right solution for the business.</w:t>
      </w:r>
    </w:p>
    <w:p>
      <w:pPr>
        <w:pStyle w:val="Heading1"/>
      </w:pPr>
      <w:r>
        <w:t>Relevant experience</w:t>
      </w:r>
    </w:p>
    <w:p>
      <w:pPr>
        <w:pStyle w:val="Heading2"/>
      </w:pPr>
      <w:r>
        <w:t>Nabidios</w:t>
      </w:r>
    </w:p>
    <w:p>
      <w:r>
        <w:t>Built WordPress, Shopify, and custom web solutions from 2013 to 2023. Connected client requirements with solution architecture and implementation, alongside business development and team management.</w:t>
      </w:r>
    </w:p>
    <w:p>
      <w:pPr>
        <w:pStyle w:val="Heading2"/>
      </w:pPr>
      <w:r>
        <w:t>EverestX</w:t>
      </w:r>
    </w:p>
    <w:p>
      <w:r>
        <w:t>Implemented improvements across client onboarding, hiring-request workflows, and dashboards. Changed onboarding data loading and video upload and transcription processing to address waiting within the user journey.</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https://omermuneer.com/cv/wordpress-developer</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WordPress Developer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