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Shopify Theme Developer</w:t>
      </w:r>
    </w:p>
    <w:p>
      <w:r>
        <w:t>Storefront development · Responsive interfaces · Theme implementation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Shopify developer with hands-on storefront work across Integriti, Nello, and Nabidios. Experience includes Shopify Plus client delivery, ongoing commerce operations, and a Shopify Dawn theme repository for Nello. Brings a broader understanding of subscriptions, analytics, and marketing systems to storefront implementation.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Delivered digital operations across Shopify and Webflow, subscription management, analytics infrastructure, and Klaviyo email marketing. Connected storefront work with the systems used to manage subscriptions and communicate with customers.</w:t>
      </w:r>
    </w:p>
    <w:p>
      <w:pPr>
        <w:pStyle w:val="Heading2"/>
      </w:pPr>
      <w:r>
        <w:t>Integriti</w:t>
      </w:r>
    </w:p>
    <w:p>
      <w:r>
        <w:t>Led Shopify development for North American clients, including Shopify Plus solutions. Combined hands-on implementation with team leadership and SCRUM coordination, working across client requirements and technical delivery.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https://omermuneer.com/cv/shopify-theme-developer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Shopify Theme Developer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