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Shopify Plus Developer</w:t>
      </w:r>
    </w:p>
    <w:p>
      <w:r>
        <w:t>Shopify Plus delivery · Enterprise storefronts · Technical team coordination</w:t>
      </w:r>
    </w:p>
    <w:p>
      <w:r>
        <w:t>omermuneer@gmail.com | +92 321 7300266 | omermuneer.com</w:t>
      </w:r>
    </w:p>
    <w:p>
      <w:pPr>
        <w:pStyle w:val="Heading1"/>
      </w:pPr>
      <w:r>
        <w:t>Professional profile</w:t>
      </w:r>
    </w:p>
    <w:p>
      <w:r>
        <w:t>Shopify developer with direct Shopify Plus delivery experience at Integriti, including team leadership and SCRUM coordination for North American clients. Subsequent work at Nello spans storefront operations, subscriptions, analytics, and Klaviyo. Brings both implementation experience and the ability to coordinate platform work with commercial requirements.</w:t>
      </w:r>
    </w:p>
    <w:p>
      <w:pPr>
        <w:pStyle w:val="Heading1"/>
      </w:pPr>
      <w:r>
        <w:t>Relevant experience</w:t>
      </w:r>
    </w:p>
    <w:p>
      <w:pPr>
        <w:pStyle w:val="Heading2"/>
      </w:pPr>
      <w:r>
        <w:t>Nello</w:t>
      </w:r>
    </w:p>
    <w:p>
      <w:r>
        <w:t>Delivered digital operations across Shopify and Webflow, subscription management, analytics infrastructure, and Klaviyo email marketing. Connected storefront work with the systems used to manage subscriptions and communicate with customers.</w:t>
      </w:r>
    </w:p>
    <w:p>
      <w:pPr>
        <w:pStyle w:val="Heading2"/>
      </w:pPr>
      <w:r>
        <w:t>Integriti</w:t>
      </w:r>
    </w:p>
    <w:p>
      <w:r>
        <w:t>Led Shopify development for North American clients, including Shopify Plus solutions. Combined hands-on implementation with team leadership and SCRUM coordination, working across client requirements and technical delivery.</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https://omermuneer.com/cv/shopify-plus-developer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Shopify Plus Developer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