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Omer Muneer Qazi</w:t>
      </w:r>
    </w:p>
    <w:p>
      <w:pPr>
        <w:pStyle w:val="Subtitle"/>
      </w:pPr>
      <w:r>
        <w:t>Shopify Developer</w:t>
      </w:r>
    </w:p>
    <w:p>
      <w:r>
        <w:t>Storefront implementation · Ecommerce integrations · Shopify operations</w:t>
      </w:r>
    </w:p>
    <w:p>
      <w:r>
        <w:t>omermuneer@gmail.com | +92 321 7300266 | omermuneer.com</w:t>
      </w:r>
    </w:p>
    <w:p>
      <w:pPr>
        <w:pStyle w:val="Heading1"/>
      </w:pPr>
      <w:r>
        <w:t>Professional profile</w:t>
      </w:r>
    </w:p>
    <w:p>
      <w:r>
        <w:t>Shopify developer with experience across agency delivery and ongoing ecommerce operations. Led Shopify and Shopify Plus development for North American clients at Integriti, then worked across Shopify, subscriptions, analytics, and Klaviyo at Nello. Combines storefront implementation with an understanding of the systems supporting the customer lifecycle.</w:t>
      </w:r>
    </w:p>
    <w:p>
      <w:pPr>
        <w:pStyle w:val="Heading1"/>
      </w:pPr>
      <w:r>
        <w:t>Relevant experience</w:t>
      </w:r>
    </w:p>
    <w:p>
      <w:pPr>
        <w:pStyle w:val="Heading2"/>
      </w:pPr>
      <w:r>
        <w:t>Nello</w:t>
      </w:r>
    </w:p>
    <w:p>
      <w:r>
        <w:t>Delivered digital operations across Shopify and Webflow, subscription management, analytics infrastructure, and Klaviyo email marketing. Connected storefront work with the systems used to manage subscriptions and communicate with customers.</w:t>
      </w:r>
    </w:p>
    <w:p>
      <w:pPr>
        <w:pStyle w:val="Heading2"/>
      </w:pPr>
      <w:r>
        <w:t>Integriti</w:t>
      </w:r>
    </w:p>
    <w:p>
      <w:r>
        <w:t>Led Shopify development for North American clients, including Shopify Plus solutions. Combined hands-on implementation with team leadership and SCRUM coordination, working across client requirements and technical delivery.</w:t>
      </w:r>
    </w:p>
    <w:p>
      <w:pPr>
        <w:pStyle w:val="Heading1"/>
      </w:pPr>
      <w:r>
        <w:t>Career history</w:t>
      </w:r>
    </w:p>
    <w:p>
      <w:pPr>
        <w:pStyle w:val="Heading2"/>
      </w:pPr>
      <w:r>
        <w:t>Chief Technology Officer | EverestX US | Dec 2025 – Present</w:t>
      </w:r>
    </w:p>
    <w:p>
      <w:r>
        <w:t>Technology infrastructure, system architecture, databases, APIs, and AI/ML integration.</w:t>
      </w:r>
    </w:p>
    <w:p>
      <w:pPr>
        <w:pStyle w:val="Heading2"/>
      </w:pPr>
      <w:r>
        <w:t>Solutions Engineer &amp; Developer | Nello (Drink Nello) | Oct 2023 – Dec 2025</w:t>
      </w:r>
    </w:p>
    <w:p>
      <w:r>
        <w:t>Shopify and Webflow platforms, subscription management, analytics infrastructure, and Klaviyo email marketing.</w:t>
      </w:r>
    </w:p>
    <w:p>
      <w:pPr>
        <w:pStyle w:val="Heading2"/>
      </w:pPr>
      <w:r>
        <w:t>Senior Shopify Developer | Integriti Inc. | Feb 2023 – Nov 2023</w:t>
      </w:r>
    </w:p>
    <w:p>
      <w:r>
        <w:t>Shopify development for North American clients, Shopify Plus solutions, team leadership, and SCRUM delivery.</w:t>
      </w:r>
    </w:p>
    <w:p>
      <w:pPr>
        <w:pStyle w:val="Heading2"/>
      </w:pPr>
      <w:r>
        <w:t>Solutions Architect | Nabidios | Oct 2013 – Feb 2023</w:t>
      </w:r>
    </w:p>
    <w:p>
      <w:r>
        <w:t>WordPress, Shopify, and custom web solutions; business development and team management.</w:t>
      </w:r>
    </w:p>
    <w:p>
      <w:pPr>
        <w:pStyle w:val="Heading2"/>
      </w:pPr>
      <w:r>
        <w:t>CTO &amp; Marketing Lead | Rebrand BM | Sep 2018 – Sep 2020</w:t>
      </w:r>
    </w:p>
    <w:p>
      <w:r>
        <w:t>Technical strategy for enterprise clients, including Honda Atlas Cars; nationwide kiosks and digital showrooms.</w:t>
      </w:r>
    </w:p>
    <w:p>
      <w:pPr>
        <w:pStyle w:val="Heading1"/>
      </w:pPr>
      <w:r>
        <w:t>Contact and languages</w:t>
      </w:r>
    </w:p>
    <w:p>
      <w:r>
        <w:t>English · Urdu | linkedin.com/in/omermuneer | github.com/omermuneer</w:t>
      </w:r>
    </w:p>
    <w:p>
      <w:r>
        <w:t>https://omermuneer.com/cv/shopify-developer</w:t>
      </w:r>
    </w:p>
    <w:sectPr w:rsidR="00FC693F" w:rsidRPr="0006063C" w:rsidSect="00034616">
      <w:pgSz w:w="11906" w:h="16838"/>
      <w:pgMar w:top="794" w:right="1020" w:bottom="794"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2" w:lineRule="auto"/>
    </w:pPr>
    <w:rPr>
      <w:rFonts w:ascii="Calibri" w:hAnsi="Calibri"/>
      <w:i w:val="0"/>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80" w:line="252" w:lineRule="auto"/>
      <w:outlineLvl w:val="0"/>
    </w:pPr>
    <w:rPr>
      <w:rFonts w:asciiTheme="majorHAnsi" w:eastAsiaTheme="majorEastAsia" w:hAnsiTheme="majorHAnsi" w:cstheme="majorBidi" w:ascii="Calibri" w:hAnsi="Calibri"/>
      <w:b/>
      <w:bCs/>
      <w:i w:val="0"/>
      <w:color w:val="000000"/>
      <w:sz w:val="21"/>
      <w:szCs w:val="28"/>
    </w:rPr>
  </w:style>
  <w:style w:type="paragraph" w:styleId="Heading2">
    <w:name w:val="heading 2"/>
    <w:basedOn w:val="Normal"/>
    <w:next w:val="Normal"/>
    <w:link w:val="Heading2Char"/>
    <w:uiPriority w:val="9"/>
    <w:unhideWhenUsed/>
    <w:qFormat/>
    <w:rsid w:val="00FC693F"/>
    <w:pPr>
      <w:keepNext/>
      <w:keepLines/>
      <w:spacing w:before="60" w:after="80" w:line="252" w:lineRule="auto"/>
      <w:outlineLvl w:val="1"/>
    </w:pPr>
    <w:rPr>
      <w:rFonts w:asciiTheme="majorHAnsi" w:eastAsiaTheme="majorEastAsia" w:hAnsiTheme="majorHAnsi" w:cstheme="majorBidi" w:ascii="Calibri" w:hAnsi="Calibri"/>
      <w:b/>
      <w:bCs/>
      <w:i w:val="0"/>
      <w:color w:val="000000"/>
      <w:sz w:val="2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80" w:line="252" w:lineRule="auto" w:before="60"/>
      <w:contextualSpacing/>
    </w:pPr>
    <w:rPr>
      <w:rFonts w:asciiTheme="majorHAnsi" w:eastAsiaTheme="majorEastAsia" w:hAnsiTheme="majorHAnsi" w:cstheme="majorBidi" w:ascii="Calibri" w:hAnsi="Calibri"/>
      <w:i w:val="0"/>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80" w:line="252" w:lineRule="auto" w:before="60"/>
    </w:pPr>
    <w:rPr>
      <w:rFonts w:asciiTheme="majorHAnsi" w:eastAsiaTheme="majorEastAsia" w:hAnsiTheme="majorHAnsi" w:cstheme="majorBidi" w:ascii="Calibri" w:hAnsi="Calibri"/>
      <w:i w:val="0"/>
      <w:iCs/>
      <w:color w:val="000000"/>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Omer Muneer Qazi Shopify Developer CV</dc:title>
  <dc:subject/>
  <dc:creator>Omer Muneer Qazi</dc:creator>
  <cp:keywords/>
  <dc:description>generated by python-docx</dc:description>
  <cp:lastModifiedBy/>
  <cp:revision>1</cp:revision>
  <dcterms:created xsi:type="dcterms:W3CDTF">2013-12-23T23:15:00Z</dcterms:created>
  <dcterms:modified xsi:type="dcterms:W3CDTF">2013-12-23T23:15:00Z</dcterms:modified>
  <cp:category/>
</cp:coreProperties>
</file>