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Shopify App Developer</w:t>
      </w:r>
    </w:p>
    <w:p>
      <w:r>
        <w:t>Commerce integrations · App workflows · API architecture</w:t>
      </w:r>
    </w:p>
    <w:p>
      <w:r>
        <w:t>omermuneer@gmail.com | +92 321 7300266 | omermuneer.com</w:t>
      </w:r>
    </w:p>
    <w:p>
      <w:pPr>
        <w:pStyle w:val="Heading1"/>
      </w:pPr>
      <w:r>
        <w:t>Professional profile</w:t>
      </w:r>
    </w:p>
    <w:p>
      <w:r>
        <w:t>Shopify and integration practitioner with ecommerce delivery experience at Integriti and Nello, supported by API and database architecture work at EverestX. Relevant experience includes subscription operations, analytics infrastructure, and lifecycle email systems. Connects commerce requirements to the data flows and application workflows behind the storefront.</w:t>
      </w:r>
    </w:p>
    <w:p>
      <w:pPr>
        <w:pStyle w:val="Heading1"/>
      </w:pPr>
      <w:r>
        <w:t>Relevant experience</w:t>
      </w:r>
    </w:p>
    <w:p>
      <w:pPr>
        <w:pStyle w:val="Heading2"/>
      </w:pPr>
      <w:r>
        <w:t>Nello</w:t>
      </w:r>
    </w:p>
    <w:p>
      <w:r>
        <w:t>Delivered digital operations across Shopify and Webflow, subscription management, analytics infrastructure, and Klaviyo email marketing. Connected storefront work with the systems used to manage subscriptions and communicate with customers.</w:t>
      </w:r>
    </w:p>
    <w:p>
      <w:pPr>
        <w:pStyle w:val="Heading2"/>
      </w:pPr>
      <w:r>
        <w:t>Integriti</w:t>
      </w:r>
    </w:p>
    <w:p>
      <w:r>
        <w:t>Led Shopify development for North American clients, including Shopify Plus solutions. Combined hands-on implementation with team leadership and SCRUM coordination, working across client requirements and technical delivery.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https://omermuneer.com/cv/shopify-app-developer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Shopify App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