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QA Engineer</w:t>
      </w:r>
    </w:p>
    <w:p>
      <w:r>
        <w:t>Workflow verification · Release checks · Regression testing</w:t>
      </w:r>
    </w:p>
    <w:p>
      <w:r>
        <w:t>omermuneer@gmail.com | +92 321 7300266 | omermuneer.com</w:t>
      </w:r>
    </w:p>
    <w:p>
      <w:pPr>
        <w:pStyle w:val="Heading1"/>
      </w:pPr>
      <w:r>
        <w:t>Professional profile</w:t>
      </w:r>
    </w:p>
    <w:p>
      <w:r>
        <w:t>Developer with hands-on verification and release-preparation experience across mobile and web products. Movo-X work includes automated tests and native build workflows; own-site SEO work includes live URL, canonical, and response validation. Connects visible user behavior with backend integration and the checks needed to assess a release.</w:t>
      </w:r>
    </w:p>
    <w:p>
      <w:pPr>
        <w:pStyle w:val="Heading1"/>
      </w:pPr>
      <w:r>
        <w:t>Relevant experience</w:t>
      </w:r>
    </w:p>
    <w:p>
      <w:pPr>
        <w:pStyle w:val="Heading2"/>
      </w:pPr>
      <w:r>
        <w:t>Movo-X</w:t>
      </w:r>
    </w:p>
    <w:p>
      <w:r>
        <w:t>Worked on native iOS and Android workflows for registration, booking, family health charts, readings, and immunisation records. Related work included patient cards, Apple Wallet integration, localization, automated tests, and release preparation.</w:t>
      </w:r>
    </w:p>
    <w:p>
      <w:pPr>
        <w:pStyle w:val="Heading2"/>
      </w:pPr>
      <w:r>
        <w:t>EverestX</w:t>
      </w:r>
    </w:p>
    <w:p>
      <w:r>
        <w:t>Worked across architecture, databases, APIs, and client and talent workflows. Implementation included account transitions, notifications, and video-processing workflows connecting the interface with operational services.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https://omermuneer.com/cv/qa-engineer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QA Engineer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