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Project Manager</w:t>
      </w:r>
    </w:p>
    <w:p>
      <w:r>
        <w:t>Scope and milestones · Delivery coordination · SCRUM practices</w:t>
      </w:r>
    </w:p>
    <w:p>
      <w:r>
        <w:t>omermuneer@gmail.com | +92 321 7300266 | omermuneer.com</w:t>
      </w:r>
    </w:p>
    <w:p>
      <w:pPr>
        <w:pStyle w:val="Heading1"/>
      </w:pPr>
      <w:r>
        <w:t>Professional profile</w:t>
      </w:r>
    </w:p>
    <w:p>
      <w:r>
        <w:t>Delivery practitioner with experience leading Shopify development and SCRUM coordination at Integriti and managing teams and client solutions at Nabidios. Works across scope, technical dependencies, and implementation details. Project experience spans enterprise digital experiences, ecommerce operations, hiring platforms, and native mobile release preparation.</w:t>
      </w:r>
    </w:p>
    <w:p>
      <w:pPr>
        <w:pStyle w:val="Heading1"/>
      </w:pPr>
      <w:r>
        <w:t>Relevant experience</w:t>
      </w:r>
    </w:p>
    <w:p>
      <w:pPr>
        <w:pStyle w:val="Heading2"/>
      </w:pPr>
      <w:r>
        <w:t>EverestX</w:t>
      </w:r>
    </w:p>
    <w:p>
      <w:r>
        <w:t>Implemented talent and client onboarding journeys, hiring requests, interview outcomes, and lifecycle notifications. Improved video workflows by parallelizing uploads and transcription work, alongside changes to onboarding data loading and hiring-request loading.</w:t>
      </w:r>
    </w:p>
    <w:p>
      <w:pPr>
        <w:pStyle w:val="Heading2"/>
      </w:pPr>
      <w:r>
        <w:t>Movo-X</w:t>
      </w:r>
    </w:p>
    <w:p>
      <w:r>
        <w:t>Worked across native patient applications and backend integration for registration, consultation booking, family profiles, and health records. Extended delivery into automated tests, native build workflows, and release preparation.</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https://omermuneer.com/cv/project-manager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Project Manager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