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Product Manager</w:t>
      </w:r>
    </w:p>
    <w:p>
      <w:r>
        <w:t>Product requirements · Workflow design · Delivery priorities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Product practitioner with the technical background to connect requirements, user workflows, and implementation. EverestX work covers talent applications, client onboarding, hiring requests, and notifications; Movo-X work covers patient registration, booking, and family health records. Brings architecture and delivery experience to prioritization and decisions about how a product should work.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Worked on application and onboarding journeys, hiring requests, interview outcomes, and client dashboards. Connected the buyer’s requirements with the platform workflows used to evaluate and place talent.</w:t>
      </w:r>
    </w:p>
    <w:p>
      <w:pPr>
        <w:pStyle w:val="Heading2"/>
      </w:pPr>
      <w:r>
        <w:t>Movo-X</w:t>
      </w:r>
    </w:p>
    <w:p>
      <w:r>
        <w:t>Connected clinic operations with patient registration, consultation booking, family profiles, and health records. Work crossed native interfaces, shared models, backend services, localization, tests, and release preparation.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https://omermuneer.com/cv/product-manager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Product Manager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