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Partnerships Lead</w:t>
      </w:r>
    </w:p>
    <w:p>
      <w:r>
        <w:t>Partner workflows · Business development · Delivery coordination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Business development and solutions practitioner with experience turning client needs into digital delivery. At Nabidios, combined commercial conversations with architecture and team management; at Rebrand BM, worked on enterprise digital experiences including Honda Atlas Cars. Brings technical depth to discussions about integration, feasibility, scope, and delivery responsibilities.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Nabidios</w:t>
      </w:r>
    </w:p>
    <w:p>
      <w:r>
        <w:t>Combined business development and team management with WordPress, Shopify, and custom web delivery from 2013 to 2023. Translated client requirements into technical solutions while remaining involved in implementation.</w:t>
      </w:r>
    </w:p>
    <w:p>
      <w:pPr>
        <w:pStyle w:val="Heading2"/>
      </w:pPr>
      <w:r>
        <w:t>Rebrand BM</w:t>
      </w:r>
    </w:p>
    <w:p>
      <w:r>
        <w:t>Led technical strategy for enterprise digital experiences, including Honda Atlas Cars. Delivered digital showrooms and nationwide kiosk activations, connecting marketing objectives with the technology needed to present the customer experience.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https://omermuneer.com/cv/partnerships-lead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Partnerships Lead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