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Local SEO Specialist</w:t>
      </w:r>
    </w:p>
    <w:p>
      <w:r>
        <w:t>Service-page structure · Search intent · Local conversion paths</w:t>
      </w:r>
    </w:p>
    <w:p>
      <w:r>
        <w:t>omermuneer@gmail.com | +92 321 7300266 | omermuneer.com</w:t>
      </w:r>
    </w:p>
    <w:p>
      <w:pPr>
        <w:pStyle w:val="Heading1"/>
      </w:pPr>
      <w:r>
        <w:t>Professional profile</w:t>
      </w:r>
    </w:p>
    <w:p>
      <w:r>
        <w:t>SEO and web development practitioner focused on service-page structure, search intent, and clear enquiry paths. Own-site work includes executive advisory pages, contextual internal links, structured data, and WhatsApp event tracking. Brings technical implementation skills across WordPress, Shopify, Webflow, and custom platforms to local and service-focused websites.</w:t>
      </w:r>
    </w:p>
    <w:p>
      <w:pPr>
        <w:pStyle w:val="Heading1"/>
      </w:pPr>
      <w:r>
        <w:t>Relevant experience</w:t>
      </w:r>
    </w:p>
    <w:p>
      <w:pPr>
        <w:pStyle w:val="Heading2"/>
      </w:pPr>
      <w:r>
        <w:t>omermuneer.com</w:t>
      </w:r>
    </w:p>
    <w:p>
      <w:r>
        <w:t>Audited 1,046 live sitemap URLs during the October 2026 release. Corrected canonical inconsistencies, removed dead sitemap entries, implemented genuine 404 responses and WhatsApp click tracking, and submitted the revised sitemap through Search Console.</w:t>
      </w:r>
    </w:p>
    <w:p>
      <w:pPr>
        <w:pStyle w:val="Heading2"/>
      </w:pPr>
      <w:r>
        <w:t>SEO and development portfolio</w:t>
      </w:r>
    </w:p>
    <w:p>
      <w:r>
        <w:t>Portfolio references span Compare Broker, Zaye Capital Markets, Golden Gate PR, and EOGC. Broader implementation experience includes Shopify and Shopify Plus at Integriti, Shopify and Webflow at Nello, and WordPress and custom sites at Nabidios.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https://omermuneer.com/cv/local-seo-specialist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Local SEO Specialist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