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Omer Muneer Qazi</w:t>
      </w:r>
    </w:p>
    <w:p>
      <w:pPr>
        <w:pStyle w:val="Subtitle"/>
      </w:pPr>
      <w:r>
        <w:t>iOS Developer</w:t>
      </w:r>
    </w:p>
    <w:p>
      <w:r>
        <w:t>Patient app workflows · Family health features · Release preparation</w:t>
      </w:r>
    </w:p>
    <w:p>
      <w:r>
        <w:t>omermuneer@gmail.com | +92 321 7300266 | omermuneer.com</w:t>
      </w:r>
    </w:p>
    <w:p>
      <w:pPr>
        <w:pStyle w:val="Heading1"/>
      </w:pPr>
      <w:r>
        <w:t>Professional profile</w:t>
      </w:r>
    </w:p>
    <w:p>
      <w:r>
        <w:t>iOS developer with Movo-X project experience across patient registration, consultation booking, family health records, and patient cards. Work includes Apple Wallet integration and the models and backend services supporting native patient workflows. Combines feature implementation with localization, testing, and release preparation.</w:t>
      </w:r>
    </w:p>
    <w:p>
      <w:pPr>
        <w:pStyle w:val="Heading1"/>
      </w:pPr>
      <w:r>
        <w:t>Relevant experience</w:t>
      </w:r>
    </w:p>
    <w:p>
      <w:pPr>
        <w:pStyle w:val="Heading2"/>
      </w:pPr>
      <w:r>
        <w:t>Movo-X</w:t>
      </w:r>
    </w:p>
    <w:p>
      <w:r>
        <w:t>Worked on native iOS and Android workflows for registration, booking, family health charts, readings, and immunisation records. Related work included patient cards, Apple Wallet integration, localization, automated tests, and release preparation.</w:t>
      </w:r>
    </w:p>
    <w:p>
      <w:pPr>
        <w:pStyle w:val="Heading2"/>
      </w:pPr>
      <w:r>
        <w:t>EverestX</w:t>
      </w:r>
    </w:p>
    <w:p>
      <w:r>
        <w:t>Worked across architecture, databases, APIs, and client and talent workflows. Implementation included account transitions, notifications, and video-processing workflows connecting the interface with operational services.</w:t>
      </w:r>
    </w:p>
    <w:p>
      <w:pPr>
        <w:pStyle w:val="Heading1"/>
      </w:pPr>
      <w:r>
        <w:t>Career history</w:t>
      </w:r>
    </w:p>
    <w:p>
      <w:pPr>
        <w:pStyle w:val="Heading2"/>
      </w:pPr>
      <w:r>
        <w:t>Chief Technology Officer | EverestX US | Dec 2025 – Present</w:t>
      </w:r>
    </w:p>
    <w:p>
      <w:r>
        <w:t>Technology infrastructure, system architecture, databases, APIs, and AI/ML integration.</w:t>
      </w:r>
    </w:p>
    <w:p>
      <w:pPr>
        <w:pStyle w:val="Heading2"/>
      </w:pPr>
      <w:r>
        <w:t>Solutions Engineer &amp; Developer | Nello (Drink Nello) | Oct 2023 – Dec 2025</w:t>
      </w:r>
    </w:p>
    <w:p>
      <w:r>
        <w:t>Shopify and Webflow platforms, subscription management, analytics infrastructure, and Klaviyo email marketing.</w:t>
      </w:r>
    </w:p>
    <w:p>
      <w:pPr>
        <w:pStyle w:val="Heading2"/>
      </w:pPr>
      <w:r>
        <w:t>Senior Shopify Developer | Integriti Inc. | Feb 2023 – Nov 2023</w:t>
      </w:r>
    </w:p>
    <w:p>
      <w:r>
        <w:t>Shopify development for North American clients, Shopify Plus solutions, team leadership, and SCRUM delivery.</w:t>
      </w:r>
    </w:p>
    <w:p>
      <w:pPr>
        <w:pStyle w:val="Heading2"/>
      </w:pPr>
      <w:r>
        <w:t>Solutions Architect | Nabidios | Oct 2013 – Feb 2023</w:t>
      </w:r>
    </w:p>
    <w:p>
      <w:r>
        <w:t>WordPress, Shopify, and custom web solutions; business development and team management.</w:t>
      </w:r>
    </w:p>
    <w:p>
      <w:pPr>
        <w:pStyle w:val="Heading2"/>
      </w:pPr>
      <w:r>
        <w:t>CTO &amp; Marketing Lead | Rebrand BM | Sep 2018 – Sep 2020</w:t>
      </w:r>
    </w:p>
    <w:p>
      <w:r>
        <w:t>Technical strategy for enterprise clients, including Honda Atlas Cars; nationwide kiosks and digital showrooms.</w:t>
      </w:r>
    </w:p>
    <w:p>
      <w:pPr>
        <w:pStyle w:val="Heading1"/>
      </w:pPr>
      <w:r>
        <w:t>Contact and languages</w:t>
      </w:r>
    </w:p>
    <w:p>
      <w:r>
        <w:t>English · Urdu | linkedin.com/in/omermuneer | github.com/omermuneer</w:t>
      </w:r>
    </w:p>
    <w:p>
      <w:r>
        <w:t>https://omermuneer.com/cv/ios-developer</w:t>
      </w:r>
    </w:p>
    <w:sectPr w:rsidR="00FC693F" w:rsidRPr="0006063C" w:rsidSect="00034616">
      <w:pgSz w:w="11906" w:h="16838"/>
      <w:pgMar w:top="794" w:right="1020" w:bottom="79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libri" w:hAnsi="Calibri"/>
      <w:i w:val="0"/>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line="252" w:lineRule="auto"/>
      <w:outlineLvl w:val="0"/>
    </w:pPr>
    <w:rPr>
      <w:rFonts w:asciiTheme="majorHAnsi" w:eastAsiaTheme="majorEastAsia" w:hAnsiTheme="majorHAnsi" w:cstheme="majorBidi" w:ascii="Calibri" w:hAnsi="Calibri"/>
      <w:b/>
      <w:bCs/>
      <w:i w:val="0"/>
      <w:color w:val="000000"/>
      <w:sz w:val="21"/>
      <w:szCs w:val="28"/>
    </w:rPr>
  </w:style>
  <w:style w:type="paragraph" w:styleId="Heading2">
    <w:name w:val="heading 2"/>
    <w:basedOn w:val="Normal"/>
    <w:next w:val="Normal"/>
    <w:link w:val="Heading2Char"/>
    <w:uiPriority w:val="9"/>
    <w:unhideWhenUsed/>
    <w:qFormat/>
    <w:rsid w:val="00FC693F"/>
    <w:pPr>
      <w:keepNext/>
      <w:keepLines/>
      <w:spacing w:before="60" w:after="80" w:line="252" w:lineRule="auto"/>
      <w:outlineLvl w:val="1"/>
    </w:pPr>
    <w:rPr>
      <w:rFonts w:asciiTheme="majorHAnsi" w:eastAsiaTheme="majorEastAsia" w:hAnsiTheme="majorHAnsi" w:cstheme="majorBidi" w:ascii="Calibri" w:hAnsi="Calibri"/>
      <w:b/>
      <w:bCs/>
      <w:i w:val="0"/>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52" w:lineRule="auto" w:before="60"/>
      <w:contextualSpacing/>
    </w:pPr>
    <w:rPr>
      <w:rFonts w:asciiTheme="majorHAnsi" w:eastAsiaTheme="majorEastAsia" w:hAnsiTheme="majorHAnsi" w:cstheme="majorBidi" w:ascii="Calibri" w:hAnsi="Calibri"/>
      <w:i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line="252" w:lineRule="auto" w:before="60"/>
    </w:pPr>
    <w:rPr>
      <w:rFonts w:asciiTheme="majorHAnsi" w:eastAsiaTheme="majorEastAsia" w:hAnsiTheme="majorHAnsi" w:cstheme="majorBidi" w:ascii="Calibri" w:hAnsi="Calibri"/>
      <w:i w:val="0"/>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Omer Muneer Qazi iOS Developer CV</dc:title>
  <dc:subject/>
  <dc:creator>Omer Muneer Qazi</dc:creator>
  <cp:keywords/>
  <dc:description>generated by python-docx</dc:description>
  <cp:lastModifiedBy/>
  <cp:revision>1</cp:revision>
  <dcterms:created xsi:type="dcterms:W3CDTF">2013-12-23T23:15:00Z</dcterms:created>
  <dcterms:modified xsi:type="dcterms:W3CDTF">2013-12-23T23:15:00Z</dcterms:modified>
  <cp:category/>
</cp:coreProperties>
</file>