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Full Stack Developer</w:t>
      </w:r>
    </w:p>
    <w:p>
      <w:r>
        <w:t>Web platforms · End-to-end workflows · Technical implementation</w:t>
      </w:r>
    </w:p>
    <w:p>
      <w:r>
        <w:t>omermuneer@gmail.com | +92 321 7300266 | omermuneer.com</w:t>
      </w:r>
    </w:p>
    <w:p>
      <w:pPr>
        <w:pStyle w:val="Heading1"/>
      </w:pPr>
      <w:r>
        <w:t>Professional profile</w:t>
      </w:r>
    </w:p>
    <w:p>
      <w:r>
        <w:t>Developer and solutions architect working across interfaces, backend services, and operational workflows. Experience spans custom web solutions at Nabidios, commerce platforms at Integriti and Nello, and technology leadership at EverestX. Movo-X work connects native patient experiences with shared models, integrations, tests, and release preparation.</w:t>
      </w:r>
    </w:p>
    <w:p>
      <w:pPr>
        <w:pStyle w:val="Heading1"/>
      </w:pPr>
      <w:r>
        <w:t>Relevant experience</w:t>
      </w:r>
    </w:p>
    <w:p>
      <w:pPr>
        <w:pStyle w:val="Heading2"/>
      </w:pPr>
      <w:r>
        <w:t>Nabidios</w:t>
      </w:r>
    </w:p>
    <w:p>
      <w:r>
        <w:t>Built WordPress, Shopify, and custom web solutions from 2013 to 2023. Connected client requirements with solution architecture and implementation, alongside business development and team management.</w:t>
      </w:r>
    </w:p>
    <w:p>
      <w:pPr>
        <w:pStyle w:val="Heading2"/>
      </w:pPr>
      <w:r>
        <w:t>EverestX</w:t>
      </w:r>
    </w:p>
    <w:p>
      <w:r>
        <w:t>Implemented improvements across client onboarding, hiring-request workflows, and dashboards. Changed onboarding data loading and video upload and transcription processing to address waiting within the user journey.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https://omermuneer.com/cv/full-stack-developer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Full Stack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