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Frontend Developer</w:t>
      </w:r>
    </w:p>
    <w:p>
      <w:r>
        <w:t>Responsive interfaces · Web application flows · Frontend implementation</w:t>
      </w:r>
    </w:p>
    <w:p>
      <w:r>
        <w:t>omermuneer@gmail.com | +92 321 7300266 | omermuneer.com</w:t>
      </w:r>
    </w:p>
    <w:p>
      <w:pPr>
        <w:pStyle w:val="Heading1"/>
      </w:pPr>
      <w:r>
        <w:t>Professional profile</w:t>
      </w:r>
    </w:p>
    <w:p>
      <w:r>
        <w:t>Web developer with experience building WordPress, Shopify, and custom solutions at Nabidios and delivering ecommerce platforms at Integriti and Nello. Recent project work spans application and onboarding journeys at EverestX. Connects interface implementation to business workflows, backend dependencies, and the experience of moving through a product.</w:t>
      </w:r>
    </w:p>
    <w:p>
      <w:pPr>
        <w:pStyle w:val="Heading1"/>
      </w:pPr>
      <w:r>
        <w:t>Relevant experience</w:t>
      </w:r>
    </w:p>
    <w:p>
      <w:pPr>
        <w:pStyle w:val="Heading2"/>
      </w:pPr>
      <w:r>
        <w:t>Nabidios</w:t>
      </w:r>
    </w:p>
    <w:p>
      <w:r>
        <w:t>Built WordPress, Shopify, and custom web solutions from 2013 to 2023. Connected client requirements with solution architecture and implementation, alongside business development and team management.</w:t>
      </w:r>
    </w:p>
    <w:p>
      <w:pPr>
        <w:pStyle w:val="Heading2"/>
      </w:pPr>
      <w:r>
        <w:t>EverestX</w:t>
      </w:r>
    </w:p>
    <w:p>
      <w:r>
        <w:t>Implemented improvements across client onboarding, hiring-request workflows, and dashboards. Changed onboarding data loading and video upload and transcription processing to address waiting within the user journey.</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https://omermuneer.com/cv/frontend-developer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Frontend Developer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