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Engineering Lead</w:t>
      </w:r>
    </w:p>
    <w:p>
      <w:r>
        <w:t>Technical delivery · Team coordination · Implementation review</w:t>
      </w:r>
    </w:p>
    <w:p>
      <w:r>
        <w:t>omermuneer@gmail.com | +92 321 7300266 | omermuneer.com</w:t>
      </w:r>
    </w:p>
    <w:p>
      <w:pPr>
        <w:pStyle w:val="Heading1"/>
      </w:pPr>
      <w:r>
        <w:t>Professional profile</w:t>
      </w:r>
    </w:p>
    <w:p>
      <w:r>
        <w:t>Engineering leader combining team coordination with hands-on development across web, ecommerce, and mobile products. Led Shopify delivery and SCRUM work at Integriti and leads technology at EverestX. Project experience includes onboarding workflows, video processing, patient applications, integration work, and release preparation.</w:t>
      </w:r>
    </w:p>
    <w:p>
      <w:pPr>
        <w:pStyle w:val="Heading1"/>
      </w:pPr>
      <w:r>
        <w:t>Relevant experience</w:t>
      </w:r>
    </w:p>
    <w:p>
      <w:pPr>
        <w:pStyle w:val="Heading2"/>
      </w:pPr>
      <w:r>
        <w:t>EverestX</w:t>
      </w:r>
    </w:p>
    <w:p>
      <w:r>
        <w:t>Implemented talent and client onboarding journeys, hiring requests, interview outcomes, and lifecycle notifications. Improved video workflows by parallelizing uploads and transcription work, alongside changes to onboarding data loading and hiring-request loading.</w:t>
      </w:r>
    </w:p>
    <w:p>
      <w:pPr>
        <w:pStyle w:val="Heading2"/>
      </w:pPr>
      <w:r>
        <w:t>Movo-X</w:t>
      </w:r>
    </w:p>
    <w:p>
      <w:r>
        <w:t>Worked across native patient applications and backend integration for registration, consultation booking, family profiles, and health records. Extended delivery into automated tests, native build workflows, and release preparation.</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https://omermuneer.com/cv/engineering-lead</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Engineering Lead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