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Ecommerce Director</w:t>
      </w:r>
    </w:p>
    <w:p>
      <w:r>
        <w:t>Digital operations · Platform strategy · Customer lifecycle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Ecommerce and technology practitioner with experience spanning platform delivery, team leadership, and ongoing digital operations. At Nello, worked across Shopify, Webflow, subscriptions, analytics, and lifecycle email; at Integriti, led Shopify and Shopify Plus delivery. Brings an implementation-grounded perspective to platform decisions and the connected customer journey.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Nello</w:t>
      </w:r>
    </w:p>
    <w:p>
      <w:r>
        <w:t>Delivered digital operations across Shopify and Webflow, subscription management, analytics infrastructure, and Klaviyo email marketing. Connected storefront work with the systems used to manage subscriptions and communicate with customers.</w:t>
      </w:r>
    </w:p>
    <w:p>
      <w:pPr>
        <w:pStyle w:val="Heading2"/>
      </w:pPr>
      <w:r>
        <w:t>Integriti</w:t>
      </w:r>
    </w:p>
    <w:p>
      <w:r>
        <w:t>Led Shopify development for North American clients, including Shopify Plus solutions. Combined hands-on implementation with team leadership and SCRUM coordination, working across client requirements and technical delivery.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https://omermuneer.com/cv/ecommerce-director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Ecommerce Director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