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Ecommerce Developer</w:t>
      </w:r>
    </w:p>
    <w:p>
      <w:r>
        <w:t>Online stores · Subscription workflows · Platform integration</w:t>
      </w:r>
    </w:p>
    <w:p>
      <w:r>
        <w:t>omermuneer@gmail.com | +92 321 7300266 | omermuneer.com</w:t>
      </w:r>
    </w:p>
    <w:p>
      <w:pPr>
        <w:pStyle w:val="Heading1"/>
      </w:pPr>
      <w:r>
        <w:t>Professional profile</w:t>
      </w:r>
    </w:p>
    <w:p>
      <w:r>
        <w:t>Ecommerce developer experienced across Shopify, Shopify Plus, Webflow, and WordPress. Led client development at Integriti and worked across Nello’s storefronts, subscriptions, analytics, and Klaviyo. Connects the shopping experience with the integrations and operational workflows required to support customers beyond the initial purchase.</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https://omermuneer.com/cv/ecommerce-developer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Ecommerce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