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DevOps Engineer</w:t>
      </w:r>
    </w:p>
    <w:p>
      <w:r>
        <w:t>Deployment workflows · Cloud infrastructure · Release reliability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Technology practitioner with experience connecting implementation, automated checks, and release preparation. Movo-X work includes native build workflows, tests, deployment scripts, and release records; own-site work includes Cloudflare publishing and production validation. Brings architecture and application knowledge to diagnosing deployment and runtime behavior.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Implemented talent and client onboarding journeys, hiring requests, interview outcomes, and lifecycle notifications. Improved video workflows by parallelizing uploads and transcription work, alongside changes to onboarding data loading and hiring-request loading.</w:t>
      </w:r>
    </w:p>
    <w:p>
      <w:pPr>
        <w:pStyle w:val="Heading2"/>
      </w:pPr>
      <w:r>
        <w:t>Movo-X</w:t>
      </w:r>
    </w:p>
    <w:p>
      <w:r>
        <w:t>Worked across native patient applications and backend integration for registration, consultation booking, family profiles, and health records. Extended delivery into automated tests, native build workflows, and release preparation.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https://omermuneer.com/cv/devops-engineer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DevOps Engineer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