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Data Engineer</w:t>
      </w:r>
    </w:p>
    <w:p>
      <w:r>
        <w:t>Database design · API data flows · System integration</w:t>
      </w:r>
    </w:p>
    <w:p>
      <w:r>
        <w:t>omermuneer@gmail.com | +92 321 7300266 | omermuneer.com</w:t>
      </w:r>
    </w:p>
    <w:p>
      <w:pPr>
        <w:pStyle w:val="Heading1"/>
      </w:pPr>
      <w:r>
        <w:t>Professional profile</w:t>
      </w:r>
    </w:p>
    <w:p>
      <w:r>
        <w:t>Solutions architect with database, API, and integration experience at EverestX and analytics infrastructure experience at Nello. Work spans the data flows supporting onboarding, hiring operations, ecommerce subscriptions, and patient applications. Brings an application-focused perspective to connecting data sources with the products and workflows that depend on them.</w:t>
      </w:r>
    </w:p>
    <w:p>
      <w:pPr>
        <w:pStyle w:val="Heading1"/>
      </w:pPr>
      <w:r>
        <w:t>Relevant experience</w:t>
      </w:r>
    </w:p>
    <w:p>
      <w:pPr>
        <w:pStyle w:val="Heading2"/>
      </w:pPr>
      <w:r>
        <w:t>EverestX</w:t>
      </w:r>
    </w:p>
    <w:p>
      <w:r>
        <w:t>Implemented talent and client onboarding journeys, hiring requests, interview outcomes, and lifecycle notifications. Improved video workflows by parallelizing uploads and transcription work, alongside changes to onboarding data loading and hiring-request loading.</w:t>
      </w:r>
    </w:p>
    <w:p>
      <w:pPr>
        <w:pStyle w:val="Heading2"/>
      </w:pPr>
      <w:r>
        <w:t>Movo-X</w:t>
      </w:r>
    </w:p>
    <w:p>
      <w:r>
        <w:t>Worked across native patient applications and backend integration for registration, consultation booking, family profiles, and health records. Extended delivery into automated tests, native build workflows, and release preparation.</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https://omermuneer.com/cv/data-engineer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Data Engineer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