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Customer Support Specialist</w:t>
      </w:r>
    </w:p>
    <w:p>
      <w:r>
        <w:t>Customer communication · Support workflows · Platform operations</w:t>
      </w:r>
    </w:p>
    <w:p>
      <w:r>
        <w:t>omermuneer@gmail.com | +92 321 7300266 | omermuneer.com</w:t>
      </w:r>
    </w:p>
    <w:p>
      <w:pPr>
        <w:pStyle w:val="Heading1"/>
      </w:pPr>
      <w:r>
        <w:t>Professional profile</w:t>
      </w:r>
    </w:p>
    <w:p>
      <w:r>
        <w:t>Client-facing solutions practitioner with experience understanding requirements and resolving the technical dependencies behind customer workflows. Work spans client onboarding at EverestX and ecommerce and subscription operations at Nello. Brings web and platform implementation knowledge to investigating issues and connecting customer needs with practical follow-through.</w:t>
      </w:r>
    </w:p>
    <w:p>
      <w:pPr>
        <w:pStyle w:val="Heading1"/>
      </w:pPr>
      <w:r>
        <w:t>Relevant experience</w:t>
      </w:r>
    </w:p>
    <w:p>
      <w:pPr>
        <w:pStyle w:val="Heading2"/>
      </w:pPr>
      <w:r>
        <w:t>EverestX</w:t>
      </w:r>
    </w:p>
    <w:p>
      <w:r>
        <w:t>Implemented application and onboarding journeys, talent invitations, interview outcomes, and lifecycle notifications. Worked through account transitions and client dashboards to connect hiring requirements with operational follow-through.</w:t>
      </w:r>
    </w:p>
    <w:p>
      <w:pPr>
        <w:pStyle w:val="Heading2"/>
      </w:pPr>
      <w:r>
        <w:t>Nabidios</w:t>
      </w:r>
    </w:p>
    <w:p>
      <w:r>
        <w:t>Combined client requirements, business development, and team management with delivery of WordPress, Shopify, and custom web solutions over more than nine years.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https://omermuneer.com/cv/customer-support-specialist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Customer Support Specialist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