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Customer Success Lead</w:t>
      </w:r>
    </w:p>
    <w:p>
      <w:r>
        <w:t>Customer onboarding · Service workflows · Product feedback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Client-facing solutions practitioner with experience translating customer requirements into working platforms. EverestX work spans client onboarding, dashboards, account transitions, and hiring workflows; Nabidios experience combines business development with delivery and team management. Focuses on the handoffs between the customer promise, product experience, and operational follow-through.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Implemented application and onboarding journeys, talent invitations, interview outcomes, and lifecycle notifications. Worked through account transitions and client dashboards to connect hiring requirements with operational follow-through.</w:t>
      </w:r>
    </w:p>
    <w:p>
      <w:pPr>
        <w:pStyle w:val="Heading2"/>
      </w:pPr>
      <w:r>
        <w:t>Nabidios</w:t>
      </w:r>
    </w:p>
    <w:p>
      <w:r>
        <w:t>Combined client requirements, business development, and team management with delivery of WordPress, Shopify, and custom web solutions over more than nine years.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https://omermuneer.com/cv/customer-success-lead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Customer Success Lead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