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Chief Executive Officer</w:t>
      </w:r>
    </w:p>
    <w:p>
      <w:r>
        <w:t>Business priorities · Cross-functional execution · Operating accountability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Business and technology leader with experience in business development, team management, and product delivery since 2013. At Nabidios, combined client requirements and commercial development with solution delivery; at Rebrand BM, connected enterprise marketing objectives to technical execution. Brings an operator’s perspective to decisions that cross commercial, product, and engineering teams.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Nabidios</w:t>
      </w:r>
    </w:p>
    <w:p>
      <w:r>
        <w:t>Combined business development and team management with WordPress, Shopify, and custom web delivery from 2013 to 2023. Translated client requirements into technical solutions while remaining involved in implementation.</w:t>
      </w:r>
    </w:p>
    <w:p>
      <w:pPr>
        <w:pStyle w:val="Heading2"/>
      </w:pPr>
      <w:r>
        <w:t>Rebrand BM</w:t>
      </w:r>
    </w:p>
    <w:p>
      <w:r>
        <w:t>Led technical strategy for enterprise digital experiences, including Honda Atlas Cars. Delivered digital showrooms and nationwide kiosk activations, connecting marketing objectives with the technology needed to present the customer experience.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https://omermuneer.com/cv/ceo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Chief Executive Officer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