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Android Developer</w:t>
      </w:r>
    </w:p>
    <w:p>
      <w:r>
        <w:t>Native patient applications · Mobile integration · Release workflows</w:t>
      </w:r>
    </w:p>
    <w:p>
      <w:r>
        <w:t>omermuneer@gmail.com | +92 321 7300266 | omermuneer.com</w:t>
      </w:r>
    </w:p>
    <w:p>
      <w:pPr>
        <w:pStyle w:val="Heading1"/>
      </w:pPr>
      <w:r>
        <w:t>Professional profile</w:t>
      </w:r>
    </w:p>
    <w:p>
      <w:r>
        <w:t>Android developer with Movo-X project experience across patient applications, family profiles, health records, and connected clinic workflows. Works across native interfaces and backend integration, including localization, testing, and release preparation. Brings platform architecture experience to the data and operational dependencies behind mobile features.</w:t>
      </w:r>
    </w:p>
    <w:p>
      <w:pPr>
        <w:pStyle w:val="Heading1"/>
      </w:pPr>
      <w:r>
        <w:t>Relevant experience</w:t>
      </w:r>
    </w:p>
    <w:p>
      <w:pPr>
        <w:pStyle w:val="Heading2"/>
      </w:pPr>
      <w:r>
        <w:t>Movo-X</w:t>
      </w:r>
    </w:p>
    <w:p>
      <w:r>
        <w:t>Worked on native iOS and Android workflows for registration, booking, family health charts, readings, and immunisation records. Related work included patient cards, Apple Wallet integration, localization, automated tests, and release preparation.</w:t>
      </w:r>
    </w:p>
    <w:p>
      <w:pPr>
        <w:pStyle w:val="Heading2"/>
      </w:pPr>
      <w:r>
        <w:t>EverestX</w:t>
      </w:r>
    </w:p>
    <w:p>
      <w:r>
        <w:t>Worked across architecture, databases, APIs, and client and talent workflows. Implementation included account transitions, notifications, and video-processing workflows connecting the interface with operational services.</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https://omermuneer.com/cv/android-developer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Android Developer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