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AI Agent Developer</w:t>
      </w:r>
    </w:p>
    <w:p>
      <w:r>
        <w:t>AI-enabled workflows · Tool and API integration · Operational automation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AI integration and automation practitioner with experience connecting application workflows, APIs, and business operations. At EverestX, technology work spans AI and ML integration and talent-platform workflows. Uses AI-assisted implementation across web and mobile delivery, with hands-on involvement in product decisions, validation, and the systems surrounding each workflow.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Led technology work spanning AI and ML integration, databases, and APIs. Implemented changes to parallelize video uploads and transcription work within talent onboarding, connecting processing behavior to the user journey.</w:t>
      </w:r>
    </w:p>
    <w:p>
      <w:pPr>
        <w:pStyle w:val="Heading2"/>
      </w:pPr>
      <w:r>
        <w:t>Movo-X</w:t>
      </w:r>
    </w:p>
    <w:p>
      <w:r>
        <w:t>Used AI-assisted development across patient applications, family health features, integrations, and release preparation. Remained involved in product decisions, implementation review, testing, and the connections between native interfaces and backend services.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https://omermuneer.com/cv/ai-agent-developer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AI Agent Developer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